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מתמטיקה, אנגלית ועברית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לומד גם מתמטיקה ואנגלית.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מקצועות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מתמטיקה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 שקוראים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(כלי לכתיבה)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(חדר שבו לומדים)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יכתבו לפחות שני מקצועות ויסבירו מה הם אוהבים וקצת למה.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שקשורה לנושא בית הספר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יום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להשתמש במילים החדשות במשפט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נוסף בחלק הכתיבה לתלמידים חדשים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תלמיד מספר על בית הספר שלו, המקצועות שהוא לומד והעזרה שהוא מקבל מהמורה. בדף הזה נתרגל את המילים החדשות ונבדוק הבנה של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המורה  ·  מקצועות  ·  מתמטיקה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לומד התלמיד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מתמטיקה, אנגלית ועברית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היסטוריה וגיאוגרפיה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ספורט ואמנות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הוא לומד אחרי השיעורים?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בפארק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 לומד רק 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לו מבחן ביום 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עוזרת לי כשקשה 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בתיכון שלנו יש הרבה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אני לומד __________, אנגלית ועברית.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חדר שבו לומדים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שקוראים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כלי לכתיבה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בתיכון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מקצועות אתם לומדים? איזה מקצוע אתם הכי אוהבים?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חדשות שלמדתם היום על הכיתה.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יום יש לתלמיד בטקסט מבחן?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