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לבית הספר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יום 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מתמטיקה, אנגלית ועברית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דבר שכותבים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יום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לומד גם מתמטיקה ואנגלית.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לומד בספרייה אחרי השיעורים.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מקצועות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מתמטיקה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(דבר שקוראים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(כלי לכתיבה)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(שקית לספרים ולמחברות)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(משטח לכתיבה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(חדר שבו לומדים)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מקצועות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יכתבו לפחות שני מקצועות ויסבירו מה הם אוהבים וקצת למה.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פשוט, למשל: בהפסקה אני אוכל ושותה.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שקשורה לנושא בית הספר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יום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הטקסט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להשתמש במילים החדשות במשפט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נוסף בחלק הכתיבה לתלמידים חדשים בעברית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טקסט קצר על בית ספר. נלמד מילים חדשות ונענה על שאלות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חדר שבו לומדים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שמלמד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שקוראים בו וכתוב בו 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שכותבים בו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עיפרון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קטן לכתיבה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שקית שבה שמים ספרים ומחברות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משטח בכיתה שכותבים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קצר של מנוחה בין שיעורים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מקצועות התלמיד לומד?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מתמטיקה, אנגלית ועברית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היסטוריה וגיאוגרפיה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 ואמנות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מוזיקה ותיאטרון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הוא לומד אחרי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עוזר לתלמיד?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מחברת?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שכותבים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 לספרים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המבחן?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לומד רק 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לו מבחן ביום 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לומד בספרייה לפני השיעורים.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עוזרת לו כשקשה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עוזרת לי כשקשה 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בתיכון שלנו יש הרבה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לומד __________, אנגלית ועברית.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לי __________ ביום שני.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בין שיעור לשיעור יש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שקוראים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שקית לספרים ולמחברות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חדר שבו לומדים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כלי לכתיבה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משטח לכתיבה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מקצועות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מקצועות אתם לומדים? איזה מקצוע אתם הכי אוהבים?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המילה הפסקה.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 על הכיתה.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יום יש לתלמיד בטקסט מבחן?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עוזר לכם כשקשה לכם בלימודים?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