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לבית הספר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יום 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מתמטיקה, אנגלית ועברית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דבר שכותבים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יום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לומד גם מתמטיקה ואנגלית.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לומד בספרייה אחרי השיעורים.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מקצועות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מתמטיקה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(דבר שקוראים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(כלי לכתיבה)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(שקית לספרים ולמחברות)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(משטח לכתיבה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(חדר שבו לומדים)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מקצועות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יכתבו לפחות שני מקצועות ויסבירו מה הם אוהבים וקצת למה.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פשוט, למשל: בהפסקה אני אוכל ושותה.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שקשורה לנושא בית הספר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יום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הטקסט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להשתמש במילים החדשות במשפט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זמן נוסף בחלק הכתיבה לתלמידים חדשים בעברית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תלמיד מספר על בית הספר שלו, המקצועות שהוא לומד והעזרה שהוא מקבל מהמורה. בדף הזה נתרגל את המילים החדשות ונבדוק הבנה של הטקסט.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לומד התלמיד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מתמטיקה, אנגלית ועברית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היסטוריה וגיאוגרפיה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 ואמנות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מוזיקה ותיאטרון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הוא לומד אחרי השיעורים?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עוזרת לו כשקשה 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מחברת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שכותבים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 לספרים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יום יש לו מבחן?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לומד רק 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לו מבחן ביום שני.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לומד בספרייה לפני השיעורים.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עוזרת לו כשקשה 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עוזרת לי כשקשה 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בתיכון שלנו יש הרבה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לומד __________, אנגלית ועברית.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 לי __________ ביום שני.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בין שיעור לשיעור יש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חדר שבו לומדים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עיפרון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משטח לכתיבה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שקוראים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כלי לכתיבה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שקית לספרים ולמחברות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מקצועות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מקצועות אתם לומדים? איזה מקצוע אתם הכי אוהבים?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המילה הפסקה.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היום על הכיתה.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יום יש לתלמיד בטקסט מבחן?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עוזר לכם כשקשה לכם בלימודים?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הספר והכיתה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